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1CE0D" w14:textId="77777777" w:rsidR="000960FD" w:rsidRDefault="00000000">
      <w:pPr>
        <w:spacing w:after="0"/>
        <w:jc w:val="center"/>
      </w:pPr>
      <w:r>
        <w:rPr>
          <w:b/>
          <w:color w:val="0F2F52"/>
          <w:sz w:val="34"/>
        </w:rPr>
        <w:t>MAFFRA SECONDARY COLLEGE</w:t>
      </w:r>
    </w:p>
    <w:p w14:paraId="605AA110" w14:textId="77777777" w:rsidR="000960FD" w:rsidRDefault="00000000">
      <w:pPr>
        <w:spacing w:after="0"/>
        <w:jc w:val="center"/>
      </w:pPr>
      <w:r>
        <w:rPr>
          <w:b/>
          <w:color w:val="BE191E"/>
          <w:sz w:val="48"/>
        </w:rPr>
        <w:t>ART COMPETITION 2026</w:t>
      </w:r>
    </w:p>
    <w:p w14:paraId="0FE1C293" w14:textId="77777777" w:rsidR="000960FD" w:rsidRDefault="00000000">
      <w:pPr>
        <w:spacing w:after="0"/>
        <w:jc w:val="center"/>
      </w:pPr>
      <w:r>
        <w:rPr>
          <w:b/>
          <w:color w:val="232323"/>
          <w:sz w:val="38"/>
        </w:rPr>
        <w:t>REMEMBRANCE</w:t>
      </w:r>
    </w:p>
    <w:p w14:paraId="62F23A1F" w14:textId="77777777" w:rsidR="000960FD" w:rsidRDefault="00000000">
      <w:pPr>
        <w:spacing w:after="140"/>
        <w:jc w:val="center"/>
      </w:pPr>
      <w:r>
        <w:rPr>
          <w:b/>
          <w:color w:val="0F2F52"/>
          <w:sz w:val="23"/>
        </w:rPr>
        <w:t>PAST &amp; PRESENT MSC STAFF - ARTWORK SUBMISSION FORM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0960FD" w14:paraId="0688FA32" w14:textId="77777777">
        <w:trPr>
          <w:jc w:val="center"/>
        </w:trPr>
        <w:tc>
          <w:tcPr>
            <w:tcW w:w="5256" w:type="dxa"/>
            <w:shd w:val="clear" w:color="auto" w:fill="F8F3EE"/>
            <w:tcMar>
              <w:top w:w="80" w:type="dxa"/>
              <w:left w:w="110" w:type="dxa"/>
              <w:bottom w:w="90" w:type="dxa"/>
              <w:right w:w="110" w:type="dxa"/>
            </w:tcMar>
          </w:tcPr>
          <w:p w14:paraId="01ACA45D" w14:textId="77777777" w:rsidR="000960FD" w:rsidRDefault="00000000">
            <w:r>
              <w:rPr>
                <w:b/>
                <w:color w:val="0F2F52"/>
              </w:rPr>
              <w:t>Artist name:</w:t>
            </w:r>
            <w:r>
              <w:br/>
            </w:r>
            <w:r>
              <w:br/>
            </w:r>
          </w:p>
        </w:tc>
        <w:tc>
          <w:tcPr>
            <w:tcW w:w="5256" w:type="dxa"/>
            <w:shd w:val="clear" w:color="auto" w:fill="F8F3EE"/>
            <w:tcMar>
              <w:top w:w="80" w:type="dxa"/>
              <w:left w:w="110" w:type="dxa"/>
              <w:bottom w:w="90" w:type="dxa"/>
              <w:right w:w="110" w:type="dxa"/>
            </w:tcMar>
          </w:tcPr>
          <w:p w14:paraId="572A22E1" w14:textId="77777777" w:rsidR="000960FD" w:rsidRDefault="00000000">
            <w:r>
              <w:rPr>
                <w:b/>
                <w:color w:val="0F2F52"/>
              </w:rPr>
              <w:t>Past or present MSC staff:</w:t>
            </w:r>
            <w:r>
              <w:br/>
            </w:r>
            <w:r>
              <w:br/>
            </w:r>
          </w:p>
        </w:tc>
      </w:tr>
      <w:tr w:rsidR="000960FD" w14:paraId="4B738977" w14:textId="77777777">
        <w:trPr>
          <w:jc w:val="center"/>
        </w:trPr>
        <w:tc>
          <w:tcPr>
            <w:tcW w:w="5256" w:type="dxa"/>
            <w:tcMar>
              <w:top w:w="80" w:type="dxa"/>
              <w:left w:w="110" w:type="dxa"/>
              <w:bottom w:w="90" w:type="dxa"/>
              <w:right w:w="110" w:type="dxa"/>
            </w:tcMar>
          </w:tcPr>
          <w:p w14:paraId="4FF2FC39" w14:textId="77777777" w:rsidR="000960FD" w:rsidRDefault="00000000">
            <w:r>
              <w:rPr>
                <w:b/>
                <w:color w:val="0F2F52"/>
              </w:rPr>
              <w:t>Years at MSC (optional):</w:t>
            </w:r>
            <w:r>
              <w:br/>
            </w:r>
            <w:r>
              <w:br/>
            </w:r>
          </w:p>
        </w:tc>
        <w:tc>
          <w:tcPr>
            <w:tcW w:w="5256" w:type="dxa"/>
            <w:tcMar>
              <w:top w:w="80" w:type="dxa"/>
              <w:left w:w="110" w:type="dxa"/>
              <w:bottom w:w="90" w:type="dxa"/>
              <w:right w:w="110" w:type="dxa"/>
            </w:tcMar>
          </w:tcPr>
          <w:p w14:paraId="37C2E90E" w14:textId="77777777" w:rsidR="000960FD" w:rsidRDefault="00000000">
            <w:r>
              <w:rPr>
                <w:b/>
                <w:color w:val="0F2F52"/>
              </w:rPr>
              <w:t>Role / teaching area (optional):</w:t>
            </w:r>
            <w:r>
              <w:br/>
            </w:r>
            <w:r>
              <w:br/>
            </w:r>
          </w:p>
        </w:tc>
      </w:tr>
      <w:tr w:rsidR="000960FD" w14:paraId="75EEE418" w14:textId="77777777">
        <w:trPr>
          <w:jc w:val="center"/>
        </w:trPr>
        <w:tc>
          <w:tcPr>
            <w:tcW w:w="5256" w:type="dxa"/>
            <w:shd w:val="clear" w:color="auto" w:fill="F8F3EE"/>
            <w:tcMar>
              <w:top w:w="80" w:type="dxa"/>
              <w:left w:w="110" w:type="dxa"/>
              <w:bottom w:w="90" w:type="dxa"/>
              <w:right w:w="110" w:type="dxa"/>
            </w:tcMar>
          </w:tcPr>
          <w:p w14:paraId="2A6D69BB" w14:textId="77777777" w:rsidR="000960FD" w:rsidRDefault="00000000">
            <w:r>
              <w:rPr>
                <w:b/>
                <w:color w:val="0F2F52"/>
              </w:rPr>
              <w:t>Title of artwork:</w:t>
            </w:r>
            <w:r>
              <w:br/>
            </w:r>
            <w:r>
              <w:br/>
            </w:r>
          </w:p>
        </w:tc>
        <w:tc>
          <w:tcPr>
            <w:tcW w:w="5256" w:type="dxa"/>
            <w:shd w:val="clear" w:color="auto" w:fill="F8F3EE"/>
            <w:tcMar>
              <w:top w:w="80" w:type="dxa"/>
              <w:left w:w="110" w:type="dxa"/>
              <w:bottom w:w="90" w:type="dxa"/>
              <w:right w:w="110" w:type="dxa"/>
            </w:tcMar>
          </w:tcPr>
          <w:p w14:paraId="427DFA0F" w14:textId="77777777" w:rsidR="000960FD" w:rsidRDefault="00000000">
            <w:r>
              <w:rPr>
                <w:b/>
                <w:color w:val="0F2F52"/>
              </w:rPr>
              <w:t>Medium / materials used:</w:t>
            </w:r>
            <w:r>
              <w:br/>
            </w:r>
            <w:r>
              <w:br/>
            </w:r>
          </w:p>
        </w:tc>
      </w:tr>
    </w:tbl>
    <w:p w14:paraId="68B153F8" w14:textId="77777777" w:rsidR="000960FD" w:rsidRDefault="000960FD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0960FD" w14:paraId="77787956" w14:textId="77777777">
        <w:trPr>
          <w:jc w:val="center"/>
        </w:trPr>
        <w:tc>
          <w:tcPr>
            <w:tcW w:w="10512" w:type="dxa"/>
            <w:shd w:val="clear" w:color="auto" w:fill="EEF3EF"/>
            <w:tcMar>
              <w:top w:w="80" w:type="dxa"/>
              <w:left w:w="110" w:type="dxa"/>
              <w:bottom w:w="90" w:type="dxa"/>
              <w:right w:w="110" w:type="dxa"/>
            </w:tcMar>
          </w:tcPr>
          <w:p w14:paraId="75EF369E" w14:textId="77777777" w:rsidR="000960FD" w:rsidRDefault="00000000">
            <w:pPr>
              <w:jc w:val="center"/>
            </w:pPr>
            <w:r>
              <w:rPr>
                <w:b/>
                <w:color w:val="BE191E"/>
                <w:sz w:val="28"/>
              </w:rPr>
              <w:t>ARTIST STATEMENT</w:t>
            </w:r>
          </w:p>
          <w:p w14:paraId="750F5051" w14:textId="77777777" w:rsidR="000960FD" w:rsidRDefault="00000000">
            <w:pPr>
              <w:jc w:val="center"/>
            </w:pPr>
            <w:r>
              <w:rPr>
                <w:b/>
              </w:rPr>
              <w:t>Tell us about the idea, story or meaning behind your work and how it connects to the theme of Remembrance.</w:t>
            </w:r>
          </w:p>
          <w:p w14:paraId="67893C9E" w14:textId="77777777" w:rsidR="000960FD" w:rsidRDefault="00000000">
            <w:r>
              <w:rPr>
                <w:color w:val="414141"/>
                <w:sz w:val="18"/>
              </w:rPr>
              <w:t>• What inspired this artwork?</w:t>
            </w:r>
            <w:r>
              <w:rPr>
                <w:color w:val="414141"/>
                <w:sz w:val="18"/>
              </w:rPr>
              <w:br/>
              <w:t>• How does your artwork interpret or connect to Remembrance?</w:t>
            </w:r>
            <w:r>
              <w:rPr>
                <w:color w:val="414141"/>
                <w:sz w:val="18"/>
              </w:rPr>
              <w:br/>
              <w:t>• Are there particular symbols, materials, colours, memories or experiences that are important to the work?</w:t>
            </w:r>
            <w:r>
              <w:rPr>
                <w:color w:val="414141"/>
                <w:sz w:val="18"/>
              </w:rPr>
              <w:br/>
              <w:t>• What would you like viewers to think about, remember or feel when they see it?</w:t>
            </w:r>
            <w:r>
              <w:rPr>
                <w:color w:val="414141"/>
                <w:sz w:val="18"/>
              </w:rPr>
              <w:br/>
            </w:r>
          </w:p>
          <w:p w14:paraId="16E769B8" w14:textId="77777777" w:rsidR="000960FD" w:rsidRDefault="00000000">
            <w:pPr>
              <w:spacing w:after="20"/>
            </w:pPr>
            <w:r>
              <w:t>________________________________________________________________________________</w:t>
            </w:r>
          </w:p>
          <w:p w14:paraId="46CF7609" w14:textId="77777777" w:rsidR="000960FD" w:rsidRDefault="00000000">
            <w:pPr>
              <w:spacing w:after="20"/>
            </w:pPr>
            <w:r>
              <w:t>________________________________________________________________________________</w:t>
            </w:r>
          </w:p>
          <w:p w14:paraId="1FF007F8" w14:textId="77777777" w:rsidR="000960FD" w:rsidRDefault="00000000">
            <w:pPr>
              <w:spacing w:after="20"/>
            </w:pPr>
            <w:r>
              <w:t>________________________________________________________________________________</w:t>
            </w:r>
          </w:p>
          <w:p w14:paraId="566E809F" w14:textId="77777777" w:rsidR="000960FD" w:rsidRDefault="00000000">
            <w:pPr>
              <w:spacing w:after="20"/>
            </w:pPr>
            <w:r>
              <w:t>________________________________________________________________________________</w:t>
            </w:r>
          </w:p>
          <w:p w14:paraId="68493132" w14:textId="77777777" w:rsidR="000960FD" w:rsidRDefault="00000000">
            <w:pPr>
              <w:spacing w:after="20"/>
            </w:pPr>
            <w:r>
              <w:t>________________________________________________________________________________</w:t>
            </w:r>
          </w:p>
          <w:p w14:paraId="5AF13868" w14:textId="77777777" w:rsidR="000960FD" w:rsidRDefault="00000000">
            <w:pPr>
              <w:spacing w:after="20"/>
            </w:pPr>
            <w:r>
              <w:t>________________________________________________________________________________</w:t>
            </w:r>
          </w:p>
          <w:p w14:paraId="730DE789" w14:textId="77777777" w:rsidR="000960FD" w:rsidRDefault="00000000">
            <w:pPr>
              <w:spacing w:after="20"/>
            </w:pPr>
            <w:r>
              <w:t>________________________________________________________________________________</w:t>
            </w:r>
          </w:p>
        </w:tc>
      </w:tr>
    </w:tbl>
    <w:p w14:paraId="63D3E122" w14:textId="77777777" w:rsidR="000960FD" w:rsidRDefault="00000000">
      <w:pPr>
        <w:spacing w:before="100" w:after="20"/>
        <w:jc w:val="center"/>
      </w:pPr>
      <w:r>
        <w:rPr>
          <w:b/>
          <w:color w:val="BE191E"/>
          <w:sz w:val="19"/>
        </w:rPr>
        <w:t>Please attach this form securely to the back of your artwork.</w:t>
      </w:r>
    </w:p>
    <w:p w14:paraId="5270D029" w14:textId="77777777" w:rsidR="000960FD" w:rsidRDefault="00000000">
      <w:pPr>
        <w:jc w:val="center"/>
      </w:pPr>
      <w:r>
        <w:rPr>
          <w:color w:val="0F2F52"/>
          <w:sz w:val="18"/>
        </w:rPr>
        <w:t>Entries close Wednesday 4 November 2026 • Submit to the Maffra Secondary College Front Office</w:t>
      </w:r>
    </w:p>
    <w:sectPr w:rsidR="000960FD" w:rsidSect="00034616">
      <w:pgSz w:w="12240" w:h="15840"/>
      <w:pgMar w:top="576" w:right="864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5427269">
    <w:abstractNumId w:val="8"/>
  </w:num>
  <w:num w:numId="2" w16cid:durableId="297035815">
    <w:abstractNumId w:val="6"/>
  </w:num>
  <w:num w:numId="3" w16cid:durableId="1759788944">
    <w:abstractNumId w:val="5"/>
  </w:num>
  <w:num w:numId="4" w16cid:durableId="1777367962">
    <w:abstractNumId w:val="4"/>
  </w:num>
  <w:num w:numId="5" w16cid:durableId="2059235735">
    <w:abstractNumId w:val="7"/>
  </w:num>
  <w:num w:numId="6" w16cid:durableId="1379815998">
    <w:abstractNumId w:val="3"/>
  </w:num>
  <w:num w:numId="7" w16cid:durableId="575944509">
    <w:abstractNumId w:val="2"/>
  </w:num>
  <w:num w:numId="8" w16cid:durableId="1132020277">
    <w:abstractNumId w:val="1"/>
  </w:num>
  <w:num w:numId="9" w16cid:durableId="688917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0FD"/>
    <w:rsid w:val="001314B6"/>
    <w:rsid w:val="0015074B"/>
    <w:rsid w:val="0029639D"/>
    <w:rsid w:val="00326F90"/>
    <w:rsid w:val="00AA1D8D"/>
    <w:rsid w:val="00B47730"/>
    <w:rsid w:val="00CB0664"/>
    <w:rsid w:val="00CE6C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4B37FD"/>
  <w14:defaultImageDpi w14:val="300"/>
  <w15:docId w15:val="{D524387F-757D-4841-8FBE-FD021854A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Bianca Taylor</cp:lastModifiedBy>
  <cp:revision>2</cp:revision>
  <dcterms:created xsi:type="dcterms:W3CDTF">2026-09-17T06:26:00Z</dcterms:created>
  <dcterms:modified xsi:type="dcterms:W3CDTF">2026-09-17T06:26:00Z</dcterms:modified>
  <cp:category/>
</cp:coreProperties>
</file>